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📘 Exercices – Module 3 : Les formules dans Excel</w:t>
      </w:r>
    </w:p>
    <w:p>
      <w:pPr>
        <w:pStyle w:val="Heading2"/>
      </w:pPr>
      <w:r>
        <w:t>Exercice 1 – Utilisation des fonctions de base</w:t>
      </w:r>
    </w:p>
    <w:p>
      <w:pPr>
        <w:pStyle w:val="ListNumber"/>
      </w:pPr>
      <w:r>
        <w:t>1. Dans une nouvelle feuille, créez une liste de 5 produits avec leur prix et quantité vendue.</w:t>
      </w:r>
    </w:p>
    <w:p>
      <w:pPr>
        <w:pStyle w:val="ListNumber"/>
      </w:pPr>
      <w:r>
        <w:t>2. Calculez le chiffre d’affaires par produit (Prix x Quantité) avec une formule.</w:t>
      </w:r>
    </w:p>
    <w:p>
      <w:pPr>
        <w:pStyle w:val="ListNumber"/>
      </w:pPr>
      <w:r>
        <w:t>3. Ajoutez une ligne 'Total général' en dessous et utilisez la fonction SOMME().</w:t>
      </w:r>
    </w:p>
    <w:p>
      <w:pPr>
        <w:pStyle w:val="Heading2"/>
      </w:pPr>
      <w:r>
        <w:t>Exercice 2 – Rechercher et remplacer des données</w:t>
      </w:r>
    </w:p>
    <w:p>
      <w:pPr>
        <w:pStyle w:val="ListNumber"/>
      </w:pPr>
      <w:r>
        <w:t>1. Créez une colonne avec des noms contenant des fautes (ex : 'Michel', 'Michele', 'Michel').</w:t>
      </w:r>
    </w:p>
    <w:p>
      <w:pPr>
        <w:pStyle w:val="ListNumber"/>
      </w:pPr>
      <w:r>
        <w:t>2. Utilisez la fonction Rechercher/Remplacer pour corriger les erreurs.</w:t>
      </w:r>
    </w:p>
    <w:p>
      <w:pPr>
        <w:pStyle w:val="ListNumber"/>
      </w:pPr>
      <w:r>
        <w:t>3. Remplacez tous les 'Michel' par 'Michel Dupont' en une seule action.</w:t>
      </w:r>
    </w:p>
    <w:p>
      <w:pPr>
        <w:pStyle w:val="Heading2"/>
      </w:pPr>
      <w:r>
        <w:t>Exercice 3 – Créer une règle de formatage conditionnel</w:t>
      </w:r>
    </w:p>
    <w:p>
      <w:pPr>
        <w:pStyle w:val="ListNumber"/>
      </w:pPr>
      <w:r>
        <w:t>1. Dans une colonne de notes (0 à 20), appliquez une mise en forme qui :</w:t>
      </w:r>
    </w:p>
    <w:p>
      <w:pPr>
        <w:pStyle w:val="ListNumber"/>
      </w:pPr>
      <w:r>
        <w:t>- Met en rouge les notes &lt; 10</w:t>
      </w:r>
    </w:p>
    <w:p>
      <w:pPr>
        <w:pStyle w:val="ListNumber"/>
      </w:pPr>
      <w:r>
        <w:t>- Met en vert les notes ≥ 10</w:t>
      </w:r>
    </w:p>
    <w:p>
      <w:pPr>
        <w:pStyle w:val="ListNumber"/>
      </w:pPr>
      <w:r>
        <w:t>2. Ajoutez une légende expliquant la couleur.</w:t>
      </w:r>
    </w:p>
    <w:p>
      <w:pPr>
        <w:pStyle w:val="Heading2"/>
      </w:pPr>
      <w:r>
        <w:t>Exercice 4 – Utilisation de la fonction SI()</w:t>
      </w:r>
    </w:p>
    <w:p>
      <w:pPr>
        <w:pStyle w:val="ListNumber"/>
      </w:pPr>
      <w:r>
        <w:t>1. Créez une colonne de résultats avec une formule SI().</w:t>
      </w:r>
    </w:p>
    <w:p>
      <w:pPr>
        <w:pStyle w:val="ListNumber"/>
      </w:pPr>
      <w:r>
        <w:t>Ex : SI(note &gt;= 10 ; "Admis" ; "Ajourné").</w:t>
      </w:r>
    </w:p>
    <w:p>
      <w:pPr>
        <w:pStyle w:val="ListNumber"/>
      </w:pPr>
      <w:r>
        <w:t>2. Appliquez la formule à toute la colonne et vérifiez les résultats.</w:t>
      </w:r>
    </w:p>
    <w:p>
      <w:pPr>
        <w:pStyle w:val="Heading2"/>
      </w:pPr>
      <w:r>
        <w:t>Exercice 5 – Protéger une feuille Excel</w:t>
      </w:r>
    </w:p>
    <w:p>
      <w:pPr>
        <w:pStyle w:val="ListNumber"/>
      </w:pPr>
      <w:r>
        <w:t>1. Remplissez une feuille avec des données sensibles.</w:t>
      </w:r>
    </w:p>
    <w:p>
      <w:pPr>
        <w:pStyle w:val="ListNumber"/>
      </w:pPr>
      <w:r>
        <w:t>2. Allez dans 'Révision' &gt; 'Protéger la feuille' et définissez un mot de passe.</w:t>
      </w:r>
    </w:p>
    <w:p>
      <w:pPr>
        <w:pStyle w:val="ListNumber"/>
      </w:pPr>
      <w:r>
        <w:t>3. Essayez ensuite de modifier une cellule pour tester la protection.</w:t>
      </w:r>
    </w:p>
    <w:p>
      <w:pPr>
        <w:pStyle w:val="Heading2"/>
      </w:pPr>
      <w:r>
        <w:t>Exercice 6 – Utiliser les filtres et la validation des données</w:t>
      </w:r>
    </w:p>
    <w:p>
      <w:pPr>
        <w:pStyle w:val="ListNumber"/>
      </w:pPr>
      <w:r>
        <w:t>1. Créez une liste de clients avec ville, âge, et montant d’achat.</w:t>
      </w:r>
    </w:p>
    <w:p>
      <w:pPr>
        <w:pStyle w:val="ListNumber"/>
      </w:pPr>
      <w:r>
        <w:t>2. Appliquez un filtre pour n’afficher que les clients d’une certaine ville.</w:t>
      </w:r>
    </w:p>
    <w:p>
      <w:pPr>
        <w:pStyle w:val="ListNumber"/>
      </w:pPr>
      <w:r>
        <w:t>3. Ajoutez une validation de données pour que la colonne 'Âge' accepte uniquement des valeurs entre 18 et 65.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