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Exercices – Module 1 : Introduction à Excel</w:t>
      </w:r>
    </w:p>
    <w:p>
      <w:pPr>
        <w:pStyle w:val="Heading1"/>
      </w:pPr>
      <w:r>
        <w:t>Exercice 1 – Identifier les éléments de l'interface Excel</w:t>
      </w:r>
    </w:p>
    <w:p>
      <w:pPr>
        <w:pStyle w:val="IntenseQuote"/>
      </w:pPr>
      <w:r>
        <w:t>🎯 Objectif : Reconnaître les principaux éléments de l'interface.</w:t>
      </w:r>
    </w:p>
    <w:p>
      <w:pPr>
        <w:pStyle w:val="ListBullet"/>
      </w:pPr>
      <w:r>
        <w:t>📝 Consignes :</w:t>
      </w:r>
    </w:p>
    <w:p>
      <w:pPr>
        <w:pStyle w:val="ListNumber"/>
      </w:pPr>
      <w:r>
        <w:t>Ouvrez Excel. Sur un schéma ou directement sur l’interface, identifiez et notez les noms des éléments suivants :</w:t>
      </w:r>
    </w:p>
    <w:p>
      <w:pPr>
        <w:pStyle w:val="ListNumber"/>
      </w:pPr>
      <w:r>
        <w:t>- Barre de titre</w:t>
      </w:r>
    </w:p>
    <w:p>
      <w:pPr>
        <w:pStyle w:val="ListNumber"/>
      </w:pPr>
      <w:r>
        <w:t>- Ruban</w:t>
      </w:r>
    </w:p>
    <w:p>
      <w:pPr>
        <w:pStyle w:val="ListNumber"/>
      </w:pPr>
      <w:r>
        <w:t>- Barre de formule</w:t>
      </w:r>
    </w:p>
    <w:p>
      <w:pPr>
        <w:pStyle w:val="ListNumber"/>
      </w:pPr>
      <w:r>
        <w:t>- Zone de cellules</w:t>
      </w:r>
    </w:p>
    <w:p>
      <w:pPr>
        <w:pStyle w:val="ListNumber"/>
      </w:pPr>
      <w:r>
        <w:t>- Onglets de feuilles</w:t>
      </w:r>
    </w:p>
    <w:p>
      <w:pPr>
        <w:pStyle w:val="ListNumber"/>
      </w:pPr>
      <w:r>
        <w:t>- Zone de nom</w:t>
      </w:r>
    </w:p>
    <w:p>
      <w:pPr>
        <w:pStyle w:val="IntenseQuote"/>
      </w:pPr>
      <w:r>
        <w:t>✅ Compétences visées : Orientation dans l’environnement Excel.</w:t>
      </w:r>
    </w:p>
    <w:p>
      <w:pPr>
        <w:pStyle w:val="Heading1"/>
      </w:pPr>
      <w:r>
        <w:t>Exercice 2 – Comprendre la barre de titre et les options du classeur</w:t>
      </w:r>
    </w:p>
    <w:p>
      <w:pPr>
        <w:pStyle w:val="IntenseQuote"/>
      </w:pPr>
      <w:r>
        <w:t>🎯 Objectif : Utiliser la barre de titre pour gérer un classeur.</w:t>
      </w:r>
    </w:p>
    <w:p>
      <w:pPr>
        <w:pStyle w:val="ListBullet"/>
      </w:pPr>
      <w:r>
        <w:t>📝 Consignes :</w:t>
      </w:r>
    </w:p>
    <w:p>
      <w:pPr>
        <w:pStyle w:val="ListNumber"/>
      </w:pPr>
      <w:r>
        <w:t>1. Ouvrez Excel et créez un nouveau classeur.</w:t>
      </w:r>
    </w:p>
    <w:p>
      <w:pPr>
        <w:pStyle w:val="ListNumber"/>
      </w:pPr>
      <w:r>
        <w:t>2. Enregistrez-le sous le nom : MonPremierClasseur.xlsx.</w:t>
      </w:r>
    </w:p>
    <w:p>
      <w:pPr>
        <w:pStyle w:val="ListNumber"/>
      </w:pPr>
      <w:r>
        <w:t>3. Observez la barre de titre : que s’affiche-t-il ?</w:t>
      </w:r>
    </w:p>
    <w:p>
      <w:pPr>
        <w:pStyle w:val="ListNumber"/>
      </w:pPr>
      <w:r>
        <w:t>4. Fermez le fichier puis rouvrez-le.</w:t>
      </w:r>
    </w:p>
    <w:p>
      <w:pPr>
        <w:pStyle w:val="IntenseQuote"/>
      </w:pPr>
      <w:r>
        <w:t>✅ Compétences visées : Enregistrement, repérage du titre du fichier.</w:t>
      </w:r>
    </w:p>
    <w:p>
      <w:pPr>
        <w:pStyle w:val="Heading1"/>
      </w:pPr>
      <w:r>
        <w:t>Exercice 3 – Saisir et afficher des données dans la barre de formule</w:t>
      </w:r>
    </w:p>
    <w:p>
      <w:pPr>
        <w:pStyle w:val="IntenseQuote"/>
      </w:pPr>
      <w:r>
        <w:t>🎯 Objectif : Saisir et modifier du contenu à partir de la barre de formule.</w:t>
      </w:r>
    </w:p>
    <w:p>
      <w:pPr>
        <w:pStyle w:val="ListBullet"/>
      </w:pPr>
      <w:r>
        <w:t>📝 Consignes :</w:t>
      </w:r>
    </w:p>
    <w:p>
      <w:pPr>
        <w:pStyle w:val="ListNumber"/>
      </w:pPr>
      <w:r>
        <w:t>1. Dans la cellule A1, tapez : Bonjour Excel !</w:t>
      </w:r>
    </w:p>
    <w:p>
      <w:pPr>
        <w:pStyle w:val="ListNumber"/>
      </w:pPr>
      <w:r>
        <w:t>2. Cliquez sur A1, puis observez ce qui s’affiche dans la barre de formule.</w:t>
      </w:r>
    </w:p>
    <w:p>
      <w:pPr>
        <w:pStyle w:val="ListNumber"/>
      </w:pPr>
      <w:r>
        <w:t>3. Modifiez le texte directement depuis la barre de formule et appuyez sur Entrée.</w:t>
      </w:r>
    </w:p>
    <w:p>
      <w:pPr>
        <w:pStyle w:val="IntenseQuote"/>
      </w:pPr>
      <w:r>
        <w:t>✅ Compétences visées : Modification de contenu via la barre de formule.</w:t>
      </w:r>
    </w:p>
    <w:p>
      <w:pPr>
        <w:pStyle w:val="Heading1"/>
      </w:pPr>
      <w:r>
        <w:t>Exercice 4 – Se repérer dans une feuille Excel</w:t>
      </w:r>
    </w:p>
    <w:p>
      <w:pPr>
        <w:pStyle w:val="IntenseQuote"/>
      </w:pPr>
      <w:r>
        <w:t>🎯 Objectif : Naviguer et comprendre la structure d'une feuille.</w:t>
      </w:r>
    </w:p>
    <w:p>
      <w:pPr>
        <w:pStyle w:val="ListBullet"/>
      </w:pPr>
      <w:r>
        <w:t>📝 Consignes :</w:t>
      </w:r>
    </w:p>
    <w:p>
      <w:pPr>
        <w:pStyle w:val="ListNumber"/>
      </w:pPr>
      <w:r>
        <w:t>1. Cliquez sur la cellule B3. Quelle est sa référence ?</w:t>
      </w:r>
    </w:p>
    <w:p>
      <w:pPr>
        <w:pStyle w:val="ListNumber"/>
      </w:pPr>
      <w:r>
        <w:t>2. Tapez un nombre dans C5, puis appuyez sur Entrée. Où se place le curseur ?</w:t>
      </w:r>
    </w:p>
    <w:p>
      <w:pPr>
        <w:pStyle w:val="ListNumber"/>
      </w:pPr>
      <w:r>
        <w:t>3. Utilisez les flèches directionnelles pour vous déplacer dans la feuille.</w:t>
      </w:r>
    </w:p>
    <w:p>
      <w:pPr>
        <w:pStyle w:val="IntenseQuote"/>
      </w:pPr>
      <w:r>
        <w:t>✅ Compétences visées : Navigation dans la feuille.</w:t>
      </w:r>
    </w:p>
    <w:p>
      <w:pPr>
        <w:pStyle w:val="Heading1"/>
      </w:pPr>
      <w:r>
        <w:t>Exercice 5 – Manipulation de cellules (saisie, suppression, déplacement)</w:t>
      </w:r>
    </w:p>
    <w:p>
      <w:pPr>
        <w:pStyle w:val="IntenseQuote"/>
      </w:pPr>
      <w:r>
        <w:t>🎯 Objectif : Apprendre à gérer les cellules.</w:t>
      </w:r>
    </w:p>
    <w:p>
      <w:pPr>
        <w:pStyle w:val="ListBullet"/>
      </w:pPr>
      <w:r>
        <w:t>📝 Consignes :</w:t>
      </w:r>
    </w:p>
    <w:p>
      <w:pPr>
        <w:pStyle w:val="ListNumber"/>
      </w:pPr>
      <w:r>
        <w:t>1. Tapez des chiffres dans les cellules A1 à A5.</w:t>
      </w:r>
    </w:p>
    <w:p>
      <w:pPr>
        <w:pStyle w:val="ListNumber"/>
      </w:pPr>
      <w:r>
        <w:t>2. Sélectionnez ces cellules, puis coupez-les (Ctrl+X).</w:t>
      </w:r>
    </w:p>
    <w:p>
      <w:pPr>
        <w:pStyle w:val="ListNumber"/>
      </w:pPr>
      <w:r>
        <w:t>3. Collez-les à partir de la cellule C1.</w:t>
      </w:r>
    </w:p>
    <w:p>
      <w:pPr>
        <w:pStyle w:val="ListNumber"/>
      </w:pPr>
      <w:r>
        <w:t>4. Supprimez le contenu de la cellule C3 uniquement.</w:t>
      </w:r>
    </w:p>
    <w:p>
      <w:pPr>
        <w:pStyle w:val="IntenseQuote"/>
      </w:pPr>
      <w:r>
        <w:t>✅ Compétences visées : Déplacer, supprimer, copier des données.</w:t>
      </w:r>
    </w:p>
    <w:p>
      <w:pPr>
        <w:pStyle w:val="Heading1"/>
      </w:pPr>
      <w:r>
        <w:t>Exercice 6 – Utilisation de la zone de nom et de la barre de formule</w:t>
      </w:r>
    </w:p>
    <w:p>
      <w:pPr>
        <w:pStyle w:val="IntenseQuote"/>
      </w:pPr>
      <w:r>
        <w:t>🎯 Objectif : Aller directement à une cellule et comprendre l’interaction zone de nom/barre de formule.</w:t>
      </w:r>
    </w:p>
    <w:p>
      <w:pPr>
        <w:pStyle w:val="ListBullet"/>
      </w:pPr>
      <w:r>
        <w:t>📝 Consignes :</w:t>
      </w:r>
    </w:p>
    <w:p>
      <w:pPr>
        <w:pStyle w:val="ListNumber"/>
      </w:pPr>
      <w:r>
        <w:t>1. Cliquez dans la zone de nom et tapez F10, puis appuyez sur Entrée.</w:t>
      </w:r>
    </w:p>
    <w:p>
      <w:pPr>
        <w:pStyle w:val="ListNumber"/>
      </w:pPr>
      <w:r>
        <w:t>2. Que remarquez-vous ?</w:t>
      </w:r>
    </w:p>
    <w:p>
      <w:pPr>
        <w:pStyle w:val="ListNumber"/>
      </w:pPr>
      <w:r>
        <w:t>3. Tapez une formule simple dans F10, comme =5+3.</w:t>
      </w:r>
    </w:p>
    <w:p>
      <w:pPr>
        <w:pStyle w:val="ListNumber"/>
      </w:pPr>
      <w:r>
        <w:t>4. Observez la barre de formule : que voyez-vous ? Modifiez la formule pour =10+2.</w:t>
      </w:r>
    </w:p>
    <w:p>
      <w:pPr>
        <w:pStyle w:val="IntenseQuote"/>
      </w:pPr>
      <w:r>
        <w:t>✅ Compétences visées : Navigation ciblée et compréhension des formules.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