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📘 Exercices – Les mises en formes dans Excel</w:t>
      </w:r>
    </w:p>
    <w:p>
      <w:pPr>
        <w:pStyle w:val="Heading2"/>
      </w:pPr>
      <w:r>
        <w:t>Exercice 1 – Créer un graphique simple</w:t>
      </w:r>
    </w:p>
    <w:p>
      <w:pPr>
        <w:pStyle w:val="ListNumber"/>
      </w:pPr>
      <w:r>
        <w:t>1. Créez un tableau avec 5 produits et leurs ventes mensuelles.</w:t>
      </w:r>
    </w:p>
    <w:p>
      <w:pPr>
        <w:pStyle w:val="ListNumber"/>
      </w:pPr>
      <w:r>
        <w:t>2. Sélectionnez les données et insérez un graphique en colonnes.</w:t>
      </w:r>
    </w:p>
    <w:p>
      <w:pPr>
        <w:pStyle w:val="ListNumber"/>
      </w:pPr>
      <w:r>
        <w:t>3. Modifiez le titre du graphique et changez les couleurs si nécessaire.</w:t>
      </w:r>
    </w:p>
    <w:p>
      <w:pPr>
        <w:pStyle w:val="Heading2"/>
      </w:pPr>
      <w:r>
        <w:t>Exercice 2 – Changer de mode d’affichage</w:t>
      </w:r>
    </w:p>
    <w:p>
      <w:pPr>
        <w:pStyle w:val="ListNumber"/>
      </w:pPr>
      <w:r>
        <w:t>1. Ouvrez une feuille contenant un tableau.</w:t>
      </w:r>
    </w:p>
    <w:p>
      <w:pPr>
        <w:pStyle w:val="ListNumber"/>
      </w:pPr>
      <w:r>
        <w:t>2. Passez du mode Normal au mode Mise en page.</w:t>
      </w:r>
    </w:p>
    <w:p>
      <w:pPr>
        <w:pStyle w:val="ListNumber"/>
      </w:pPr>
      <w:r>
        <w:t>3. Observez les sauts de page et ajustez la présentation si besoin.</w:t>
      </w:r>
    </w:p>
    <w:p>
      <w:pPr>
        <w:pStyle w:val="Heading2"/>
      </w:pPr>
      <w:r>
        <w:t>Exercice 3 – Masquer et figer des lignes/colonnes</w:t>
      </w:r>
    </w:p>
    <w:p>
      <w:pPr>
        <w:pStyle w:val="ListNumber"/>
      </w:pPr>
      <w:r>
        <w:t>1. Dans un tableau, masquez la colonne B et la ligne 3.</w:t>
      </w:r>
    </w:p>
    <w:p>
      <w:pPr>
        <w:pStyle w:val="ListNumber"/>
      </w:pPr>
      <w:r>
        <w:t>2. Figez la première ligne pour qu’elle reste visible en défilement.</w:t>
      </w:r>
    </w:p>
    <w:p>
      <w:pPr>
        <w:pStyle w:val="ListNumber"/>
      </w:pPr>
      <w:r>
        <w:t>3. Figez ensuite la première colonne également.</w:t>
      </w:r>
    </w:p>
    <w:p>
      <w:pPr>
        <w:pStyle w:val="Heading2"/>
      </w:pPr>
      <w:r>
        <w:t>Exercice 4 – Mise en page pour impression</w:t>
      </w:r>
    </w:p>
    <w:p>
      <w:pPr>
        <w:pStyle w:val="ListNumber"/>
      </w:pPr>
      <w:r>
        <w:t>1. Ajoutez un en-tête contenant le nom du document et la date.</w:t>
      </w:r>
    </w:p>
    <w:p>
      <w:pPr>
        <w:pStyle w:val="ListNumber"/>
      </w:pPr>
      <w:r>
        <w:t>2. Mettez le document en orientation paysage.</w:t>
      </w:r>
    </w:p>
    <w:p>
      <w:pPr>
        <w:pStyle w:val="ListNumber"/>
      </w:pPr>
      <w:r>
        <w:t>3. Définissez la zone d’impression pour n’inclure que votre tableau principal.</w:t>
      </w:r>
    </w:p>
    <w:p>
      <w:pPr>
        <w:pStyle w:val="Heading2"/>
      </w:pPr>
      <w:r>
        <w:t>Exercice 5 – Créer un affichage personnalisé</w:t>
      </w:r>
    </w:p>
    <w:p>
      <w:pPr>
        <w:pStyle w:val="ListNumber"/>
      </w:pPr>
      <w:r>
        <w:t>1. Masquez certaines colonnes ou lignes non pertinentes dans un tableau.</w:t>
      </w:r>
    </w:p>
    <w:p>
      <w:pPr>
        <w:pStyle w:val="ListNumber"/>
      </w:pPr>
      <w:r>
        <w:t>2. Enregistrez l'affichage personnalisé (si version Excel compatible).</w:t>
      </w:r>
    </w:p>
    <w:p>
      <w:pPr>
        <w:pStyle w:val="ListNumber"/>
      </w:pPr>
      <w:r>
        <w:t>3. Restaurez ensuite l'affichage complet.</w:t>
      </w:r>
    </w:p>
    <w:p>
      <w:pPr>
        <w:pStyle w:val="Heading2"/>
      </w:pPr>
      <w:r>
        <w:t>Exercice 6 – Utiliser la correction orthographique</w:t>
      </w:r>
    </w:p>
    <w:p>
      <w:pPr>
        <w:pStyle w:val="ListNumber"/>
      </w:pPr>
      <w:r>
        <w:t>1. Saisissez un petit paragraphe dans une cellule avec quelques fautes.</w:t>
      </w:r>
    </w:p>
    <w:p>
      <w:pPr>
        <w:pStyle w:val="ListNumber"/>
      </w:pPr>
      <w:r>
        <w:t>2. Lancez l’outil de correction orthographique (onglet Révision).</w:t>
      </w:r>
    </w:p>
    <w:p>
      <w:pPr>
        <w:pStyle w:val="ListNumber"/>
      </w:pPr>
      <w:r>
        <w:t>3. Corrigez les fautes proposées et validez les changements.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