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Exercices &amp; Quiz – Les Fondamentaux d'Excel (Partie 1)</w:t>
      </w:r>
    </w:p>
    <w:p>
      <w:pPr>
        <w:pStyle w:val="Heading1"/>
      </w:pPr>
      <w:r>
        <w:t>📘 Exercices pratiques</w:t>
      </w:r>
    </w:p>
    <w:p>
      <w:pPr>
        <w:pStyle w:val="Heading2"/>
      </w:pPr>
      <w:r>
        <w:t>Exercice 1 – Utiliser l’auto-complétion</w:t>
      </w:r>
    </w:p>
    <w:p>
      <w:pPr>
        <w:pStyle w:val="ListNumber"/>
      </w:pPr>
      <w:r>
        <w:t>1. Dans la cellule A1, tapez le mot : Lundi.</w:t>
      </w:r>
    </w:p>
    <w:p>
      <w:pPr>
        <w:pStyle w:val="ListNumber"/>
      </w:pPr>
      <w:r>
        <w:t>2. Utilisez la poignée de recopie pour compléter les jours de la semaine jusqu’à A7.</w:t>
      </w:r>
    </w:p>
    <w:p>
      <w:pPr>
        <w:pStyle w:val="ListNumber"/>
      </w:pPr>
      <w:r>
        <w:t>3. Recommencez avec les mois de l’année dans une autre colonne.</w:t>
      </w:r>
    </w:p>
    <w:p>
      <w:pPr>
        <w:pStyle w:val="Heading2"/>
      </w:pPr>
      <w:r>
        <w:t>Exercice 2 – Ajuster la largeur et la hauteur des cellules</w:t>
      </w:r>
    </w:p>
    <w:p>
      <w:pPr>
        <w:pStyle w:val="ListNumber"/>
      </w:pPr>
      <w:r>
        <w:t>1. Tapez un texte long dans la cellule B2.</w:t>
      </w:r>
    </w:p>
    <w:p>
      <w:pPr>
        <w:pStyle w:val="ListNumber"/>
      </w:pPr>
      <w:r>
        <w:t>2. Ajustez manuellement la largeur de la colonne B.</w:t>
      </w:r>
    </w:p>
    <w:p>
      <w:pPr>
        <w:pStyle w:val="ListNumber"/>
      </w:pPr>
      <w:r>
        <w:t>3. Modifiez la hauteur de la ligne 2 pour rendre le texte plus lisible.</w:t>
      </w:r>
    </w:p>
    <w:p>
      <w:pPr>
        <w:pStyle w:val="Heading2"/>
      </w:pPr>
      <w:r>
        <w:t>Exercice 3 – Utiliser un modèle Excel prédéfini</w:t>
      </w:r>
    </w:p>
    <w:p>
      <w:pPr>
        <w:pStyle w:val="ListNumber"/>
      </w:pPr>
      <w:r>
        <w:t>1. Depuis Excel, cliquez sur 'Fichier' &gt; 'Nouveau'.</w:t>
      </w:r>
    </w:p>
    <w:p>
      <w:pPr>
        <w:pStyle w:val="ListNumber"/>
      </w:pPr>
      <w:r>
        <w:t>2. Recherchez un modèle de 'budget personnel'.</w:t>
      </w:r>
    </w:p>
    <w:p>
      <w:pPr>
        <w:pStyle w:val="ListNumber"/>
      </w:pPr>
      <w:r>
        <w:t>3. Ouvrez le modèle et identifiez les sections modifiables.</w:t>
      </w:r>
    </w:p>
    <w:p>
      <w:pPr>
        <w:pStyle w:val="Heading2"/>
      </w:pPr>
      <w:r>
        <w:t>Exercice 4 – Appliquer différents formats de cellule</w:t>
      </w:r>
    </w:p>
    <w:p>
      <w:pPr>
        <w:pStyle w:val="ListNumber"/>
      </w:pPr>
      <w:r>
        <w:t>1. Dans les cellules A1 à A5, entrez les valeurs suivantes : 1234, 12/04/2023, 56.7%, 15:45, 89.</w:t>
      </w:r>
    </w:p>
    <w:p>
      <w:pPr>
        <w:pStyle w:val="ListNumber"/>
      </w:pPr>
      <w:r>
        <w:t>2. Changez le format de chaque cellule selon son type (nombre, date, pourcentage, heure).</w:t>
      </w:r>
    </w:p>
    <w:p>
      <w:pPr>
        <w:pStyle w:val="Heading2"/>
      </w:pPr>
      <w:r>
        <w:t>Exercice 5 – Copier la mise en forme</w:t>
      </w:r>
    </w:p>
    <w:p>
      <w:pPr>
        <w:pStyle w:val="ListNumber"/>
      </w:pPr>
      <w:r>
        <w:t>1. Mettez en forme la cellule B1 avec une couleur de fond, une police en gras et un encadrement.</w:t>
      </w:r>
    </w:p>
    <w:p>
      <w:pPr>
        <w:pStyle w:val="ListNumber"/>
      </w:pPr>
      <w:r>
        <w:t>2. Utilisez le pinceau 'Reproduire la mise en forme' pour appliquer ce style à B2 et B3.</w:t>
      </w:r>
    </w:p>
    <w:p>
      <w:pPr>
        <w:pStyle w:val="Heading2"/>
      </w:pPr>
      <w:r>
        <w:t>Exercice 6 – Créer un tableau structuré</w:t>
      </w:r>
    </w:p>
    <w:p>
      <w:pPr>
        <w:pStyle w:val="ListNumber"/>
      </w:pPr>
      <w:r>
        <w:t>1. Entrez un petit tableau de ventes avec les colonnes : Produit, Quantité, Prix.</w:t>
      </w:r>
    </w:p>
    <w:p>
      <w:pPr>
        <w:pStyle w:val="ListNumber"/>
      </w:pPr>
      <w:r>
        <w:t>2. Sélectionnez les données et cliquez sur 'Insérer' &gt; 'Tableau'.</w:t>
      </w:r>
    </w:p>
    <w:p>
      <w:pPr>
        <w:pStyle w:val="ListNumber"/>
      </w:pPr>
      <w:r>
        <w:t>3. Activez la ligne des totaux et appliquez un style de tableau prédéfini.</w:t>
      </w:r>
    </w:p>
    <w:p>
      <w:pPr>
        <w:pStyle w:val="Heading1"/>
      </w:pPr>
      <w:r>
        <w:t>🧠 Quiz VRAI / FAUX</w:t>
      </w:r>
    </w:p>
    <w:p>
      <w:pPr>
        <w:pStyle w:val="ListNumber"/>
      </w:pPr>
      <w:r>
        <w:t>1. L’auto-complétion fonctionne uniquement pour les données numériques.</w:t>
      </w:r>
    </w:p>
    <w:p>
      <w:r>
        <w:t>✅ Réponse : FAUX</w:t>
      </w:r>
    </w:p>
    <w:p>
      <w:r>
        <w:t>📘 Explication : Elle fonctionne aussi pour les textes reconnus comme les jours ou les mois.</w:t>
      </w:r>
    </w:p>
    <w:p>
      <w:pPr>
        <w:pStyle w:val="ListNumber"/>
      </w:pPr>
      <w:r>
        <w:t>2. Il est possible d’ajuster automatiquement la largeur d’une colonne.</w:t>
      </w:r>
    </w:p>
    <w:p>
      <w:r>
        <w:t>✅ Réponse : VRAI</w:t>
      </w:r>
    </w:p>
    <w:p>
      <w:r>
        <w:t>📘 Explication : Double-cliquez sur la bordure droite de l’en-tête de la colonne pour l’ajuster automatiquement.</w:t>
      </w:r>
    </w:p>
    <w:p>
      <w:pPr>
        <w:pStyle w:val="ListNumber"/>
      </w:pPr>
      <w:r>
        <w:t>3. Les modèles Excel sont uniquement disponibles en ligne.</w:t>
      </w:r>
    </w:p>
    <w:p>
      <w:r>
        <w:t>✅ Réponse : FAUX</w:t>
      </w:r>
    </w:p>
    <w:p>
      <w:r>
        <w:t>📘 Explication : Excel propose des modèles intégrés même sans connexion internet.</w:t>
      </w:r>
    </w:p>
    <w:p>
      <w:pPr>
        <w:pStyle w:val="ListNumber"/>
      </w:pPr>
      <w:r>
        <w:t>4. Une cellule peut contenir à la fois un nombre et une date.</w:t>
      </w:r>
    </w:p>
    <w:p>
      <w:r>
        <w:t>✅ Réponse : FAUX</w:t>
      </w:r>
    </w:p>
    <w:p>
      <w:r>
        <w:t>📘 Explication : Une cellule ne peut avoir qu’un seul type de contenu à la fois.</w:t>
      </w:r>
    </w:p>
    <w:p>
      <w:pPr>
        <w:pStyle w:val="ListNumber"/>
      </w:pPr>
      <w:r>
        <w:t>5. Le pinceau 'Reproduire la mise en forme' copie le contenu d’une cellule.</w:t>
      </w:r>
    </w:p>
    <w:p>
      <w:r>
        <w:t>✅ Réponse : FAUX</w:t>
      </w:r>
    </w:p>
    <w:p>
      <w:r>
        <w:t>📘 Explication : Il copie uniquement le style (police, couleur, bordures), pas le contenu.</w:t>
      </w:r>
    </w:p>
    <w:p>
      <w:pPr>
        <w:pStyle w:val="ListNumber"/>
      </w:pPr>
      <w:r>
        <w:t>6. Les tableaux Excel permettent d’ajouter facilement une ligne de totaux.</w:t>
      </w:r>
    </w:p>
    <w:p>
      <w:r>
        <w:t>✅ Réponse : VRAI</w:t>
      </w:r>
    </w:p>
    <w:p>
      <w:r>
        <w:t>📘 Explication : Une fois transformée en tableau, une option permet d’ajouter une ligne de total en un clic.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