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🧪 Exercices – Initiation au VBA dans Excel</w:t>
      </w:r>
    </w:p>
    <w:p>
      <w:pPr>
        <w:pStyle w:val="Heading2"/>
      </w:pPr>
      <w:r>
        <w:t>Exercice 1 – Activer l’onglet Développeur</w:t>
      </w:r>
    </w:p>
    <w:p>
      <w:pPr>
        <w:pStyle w:val="ListNumber"/>
      </w:pPr>
      <w:r>
        <w:t>1. Ouvrez Excel.</w:t>
      </w:r>
    </w:p>
    <w:p>
      <w:pPr>
        <w:pStyle w:val="ListNumber"/>
      </w:pPr>
      <w:r>
        <w:t>2. Accédez aux Options d’Excel.</w:t>
      </w:r>
    </w:p>
    <w:p>
      <w:pPr>
        <w:pStyle w:val="ListNumber"/>
      </w:pPr>
      <w:r>
        <w:t>3. Activez l’onglet 'Développeur' pour qu’il soit visible dans le ruban.</w:t>
      </w:r>
    </w:p>
    <w:p>
      <w:pPr>
        <w:pStyle w:val="Heading2"/>
      </w:pPr>
      <w:r>
        <w:t>Exercice 2 – Enregistrer une macro simple</w:t>
      </w:r>
    </w:p>
    <w:p>
      <w:pPr>
        <w:pStyle w:val="ListNumber"/>
      </w:pPr>
      <w:r>
        <w:t>1. Créez un nouveau classeur Excel.</w:t>
      </w:r>
    </w:p>
    <w:p>
      <w:pPr>
        <w:pStyle w:val="ListNumber"/>
      </w:pPr>
      <w:r>
        <w:t>2. Cliquez sur 'Enregistrer une macro' depuis l’onglet Développeur.</w:t>
      </w:r>
    </w:p>
    <w:p>
      <w:pPr>
        <w:pStyle w:val="ListNumber"/>
      </w:pPr>
      <w:r>
        <w:t>3. Nommez-la MiseEnForme.</w:t>
      </w:r>
    </w:p>
    <w:p>
      <w:pPr>
        <w:pStyle w:val="ListNumber"/>
      </w:pPr>
      <w:r>
        <w:t>4. Appliquez une mise en forme sur une plage de cellules (couleur, police, bordures).</w:t>
      </w:r>
    </w:p>
    <w:p>
      <w:pPr>
        <w:pStyle w:val="ListNumber"/>
      </w:pPr>
      <w:r>
        <w:t>5. Arrêtez l’enregistrement et testez la macro sur une autre plage.</w:t>
      </w:r>
    </w:p>
    <w:p>
      <w:pPr>
        <w:pStyle w:val="Heading2"/>
      </w:pPr>
      <w:r>
        <w:t>Exercice 3 – Ouvrir l’éditeur VBA</w:t>
      </w:r>
    </w:p>
    <w:p>
      <w:pPr>
        <w:pStyle w:val="ListNumber"/>
      </w:pPr>
      <w:r>
        <w:t>1. Cliquez sur 'Visual Basic' dans l’onglet Développeur.</w:t>
      </w:r>
    </w:p>
    <w:p>
      <w:pPr>
        <w:pStyle w:val="ListNumber"/>
      </w:pPr>
      <w:r>
        <w:t>2. Localisez votre macro MiseEnForme dans le module créé automatiquement.</w:t>
      </w:r>
    </w:p>
    <w:p>
      <w:pPr>
        <w:pStyle w:val="ListNumber"/>
      </w:pPr>
      <w:r>
        <w:t>3. Analysez le code généré automatiquement par Excel.</w:t>
      </w:r>
    </w:p>
    <w:p>
      <w:pPr>
        <w:pStyle w:val="Heading2"/>
      </w:pPr>
      <w:r>
        <w:t>Exercice 4 – Créer une macro manuellement</w:t>
      </w:r>
    </w:p>
    <w:p>
      <w:pPr>
        <w:pStyle w:val="ListNumber"/>
      </w:pPr>
      <w:r>
        <w:t>1. Dans l’éditeur VBA, créez une nouvelle macro appelée BonjourStagiaire.</w:t>
      </w:r>
    </w:p>
    <w:p>
      <w:pPr>
        <w:pStyle w:val="ListNumber"/>
      </w:pPr>
      <w:r>
        <w:t>2. Écrivez un code qui affiche un message 'Bienvenue en formation VBA !'.</w:t>
      </w:r>
    </w:p>
    <w:p>
      <w:pPr>
        <w:pStyle w:val="ListNumber"/>
      </w:pPr>
      <w:r>
        <w:t>3. Exécutez la macro et vérifiez le message affiché.</w:t>
      </w:r>
    </w:p>
    <w:p>
      <w:pPr>
        <w:pStyle w:val="Heading2"/>
      </w:pPr>
      <w:r>
        <w:t>Exercice 5 – Lier une macro à un bouton</w:t>
      </w:r>
    </w:p>
    <w:p>
      <w:pPr>
        <w:pStyle w:val="ListNumber"/>
      </w:pPr>
      <w:r>
        <w:t>1. Insérez un bouton depuis l’onglet Développeur dans votre feuille Excel.</w:t>
      </w:r>
    </w:p>
    <w:p>
      <w:pPr>
        <w:pStyle w:val="ListNumber"/>
      </w:pPr>
      <w:r>
        <w:t>2. Liez le bouton à la macro BonjourStagiaire.</w:t>
      </w:r>
    </w:p>
    <w:p>
      <w:pPr>
        <w:pStyle w:val="ListNumber"/>
      </w:pPr>
      <w:r>
        <w:t>3. Cliquez sur le bouton pour afficher le message.</w:t>
      </w:r>
    </w:p>
    <w:p>
      <w:pPr>
        <w:pStyle w:val="Heading2"/>
      </w:pPr>
      <w:r>
        <w:t>Exercice 6 – Modifier une macro existante</w:t>
      </w:r>
    </w:p>
    <w:p>
      <w:pPr>
        <w:pStyle w:val="ListNumber"/>
      </w:pPr>
      <w:r>
        <w:t>1. Retournez dans l’éditeur VBA.</w:t>
      </w:r>
    </w:p>
    <w:p>
      <w:pPr>
        <w:pStyle w:val="ListNumber"/>
      </w:pPr>
      <w:r>
        <w:t>2. Modifiez la macro BonjourStagiaire pour qu’elle affiche aussi la date du jour.</w:t>
      </w:r>
    </w:p>
    <w:p>
      <w:pPr>
        <w:pStyle w:val="ListNumber"/>
      </w:pPr>
      <w:r>
        <w:t>3. Testez de nouveau la macro depuis le bouton.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