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🧪 Exercice 1 – Créer un tableau simple (Atelier Niveau 1 – Débutant)</w:t>
      </w:r>
    </w:p>
    <w:p>
      <w:pPr>
        <w:pStyle w:val="Heading1"/>
      </w:pPr>
      <w:r>
        <w:t>🎯 Objectif pédagogique :</w:t>
      </w:r>
    </w:p>
    <w:p>
      <w:r>
        <w:t>Apprendre à créer un tableau structuré, saisir des données, appliquer une mise en forme, et insérer une formule simple.</w:t>
      </w:r>
    </w:p>
    <w:p>
      <w:pPr>
        <w:pStyle w:val="Heading1"/>
      </w:pPr>
      <w:r>
        <w:t>📝 Mise en pratique – Contexte :</w:t>
      </w:r>
    </w:p>
    <w:p>
      <w:r>
        <w:t>Vous êtes en charge de suivre les ventes hebdomadaires de 5 produits dans une boutique. Vous devez créer un tableau clair qui affiche :</w:t>
        <w:br/>
        <w:t>- Le nom des produits</w:t>
        <w:br/>
        <w:t>- La quantité vendue</w:t>
        <w:br/>
        <w:t>- Le prix unitaire</w:t>
        <w:br/>
        <w:t>- Le total (calcul automatique)</w:t>
      </w:r>
    </w:p>
    <w:p>
      <w:pPr>
        <w:pStyle w:val="Heading1"/>
      </w:pPr>
      <w:r>
        <w:t>❓ Questions pratiques à exécuter dans Excel :</w:t>
      </w:r>
    </w:p>
    <w:p>
      <w:pPr>
        <w:pStyle w:val="ListNumber"/>
      </w:pPr>
      <w:r>
        <w:t>Ouvrez une nouvelle feuille Excel et entrez les titres suivants dans les colonnes A à D : Produit | Quantité | Prix unitaire | Total</w:t>
      </w:r>
    </w:p>
    <w:p>
      <w:pPr>
        <w:pStyle w:val="ListNumber"/>
      </w:pPr>
      <w:r>
        <w:t>Saisissez les 5 lignes suivantes de données :</w:t>
      </w:r>
    </w:p>
    <w:p>
      <w:pPr>
        <w:pStyle w:val="ListNumber"/>
      </w:pPr>
      <w:r>
        <w:t>Dans la colonne Total, utilisez une formule pour calculer Quantité × Prix unitaire (ex : =B2*C2), puis recopiez vers le bas.</w:t>
      </w:r>
    </w:p>
    <w:p>
      <w:pPr>
        <w:pStyle w:val="ListNumber"/>
      </w:pPr>
      <w:r>
        <w:t>Appliquez une mise en forme au tableau :</w:t>
        <w:br/>
        <w:t xml:space="preserve">   - Bordures visibles</w:t>
        <w:br/>
        <w:t xml:space="preserve">   - Titres en gras</w:t>
        <w:br/>
        <w:t xml:space="preserve">   - Couleur d’arrière-plan pour l’en-tête</w:t>
        <w:br/>
        <w:t xml:space="preserve">   - Alignement centré</w:t>
      </w:r>
    </w:p>
    <w:p>
      <w:pPr>
        <w:pStyle w:val="ListNumber"/>
      </w:pPr>
      <w:r>
        <w:t>Sélectionnez tout le tableau et appliquez un style de tableau Excel (Insertion &gt; Tableau).</w:t>
      </w:r>
    </w:p>
    <w:p>
      <w:pPr>
        <w:pStyle w:val="ListNumber"/>
      </w:pPr>
      <w:r>
        <w:t>Ajoutez une ligne “Total général” sous la colonne des totaux, et utilisez la fonction SOMME().</w:t>
      </w:r>
    </w:p>
    <w:p>
      <w:pPr>
        <w:pStyle w:val="Heading1"/>
      </w:pPr>
      <w:r>
        <w:t>✅ Corrigé attendu :</w:t>
      </w:r>
    </w:p>
    <w:p>
      <w:pPr>
        <w:pStyle w:val="ListBullet"/>
      </w:pPr>
      <w:r>
        <w:t>Structure du tableau bien organisée avec les titres en A1:D1.</w:t>
      </w:r>
    </w:p>
    <w:p>
      <w:pPr>
        <w:pStyle w:val="ListBullet"/>
      </w:pPr>
      <w:r>
        <w:t>Formules bien écrites dans la colonne D (Total), par exemple : =B2*C2.</w:t>
      </w:r>
    </w:p>
    <w:p>
      <w:pPr>
        <w:pStyle w:val="ListBullet"/>
      </w:pPr>
      <w:r>
        <w:t>Formule SOMME() en D7 ou D8, selon l’emplacement de la ligne des totaux.</w:t>
      </w:r>
    </w:p>
    <w:p>
      <w:pPr>
        <w:pStyle w:val="ListBullet"/>
      </w:pPr>
      <w:r>
        <w:t>Mise en forme appliquée :</w:t>
      </w:r>
    </w:p>
    <w:p>
      <w:pPr>
        <w:pStyle w:val="ListBullet"/>
      </w:pPr>
      <w:r>
        <w:t xml:space="preserve">   - Police en gras sur la première ligne</w:t>
      </w:r>
    </w:p>
    <w:p>
      <w:pPr>
        <w:pStyle w:val="ListBullet"/>
      </w:pPr>
      <w:r>
        <w:t xml:space="preserve">   - Fond coloré (gris clair ou bleu) sur les en-têtes</w:t>
      </w:r>
    </w:p>
    <w:p>
      <w:pPr>
        <w:pStyle w:val="ListBullet"/>
      </w:pPr>
      <w:r>
        <w:t xml:space="preserve">   - Bordures fines autour de chaque cellule</w:t>
      </w:r>
    </w:p>
    <w:p>
      <w:pPr>
        <w:pStyle w:val="ListBullet"/>
      </w:pPr>
      <w:r>
        <w:t xml:space="preserve">   - Style de tableau appliqué via “Insertion &gt; Tableau”</w:t>
      </w:r>
    </w:p>
    <w:p>
      <w:pPr>
        <w:pStyle w:val="ListBullet"/>
      </w:pPr>
      <w:r>
        <w:t>Données bien lisibles et alignées.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