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Exercice 4 – Exporter un tableau en PDF (Atelier Niveau 1 – Débutant)</w:t>
      </w:r>
    </w:p>
    <w:p>
      <w:pPr>
        <w:pStyle w:val="Heading1"/>
      </w:pPr>
      <w:r>
        <w:t>🎯 Objectif pédagogique :</w:t>
      </w:r>
    </w:p>
    <w:p>
      <w:r>
        <w:t>Apprendre à exporter un tableau Excel en format PDF tout en conservant sa mise en page, pour le partager facilement et de manière professionnelle.</w:t>
      </w:r>
    </w:p>
    <w:p>
      <w:pPr>
        <w:pStyle w:val="Heading1"/>
      </w:pPr>
      <w:r>
        <w:t>📝 Mise en pratique – Contexte :</w:t>
      </w:r>
    </w:p>
    <w:p>
      <w:r>
        <w:t>Vous devez envoyer votre tableau à un collègue ou à un client. Pour garantir que le document soit bien lu sur tous les appareils, vous allez l’exporter en PDF avec une mise en page propre.</w:t>
      </w:r>
    </w:p>
    <w:p>
      <w:pPr>
        <w:pStyle w:val="Heading1"/>
      </w:pPr>
      <w:r>
        <w:t>❓ Questions pratiques à exécuter dans Excel :</w:t>
      </w:r>
    </w:p>
    <w:p>
      <w:pPr>
        <w:pStyle w:val="ListNumber"/>
      </w:pPr>
      <w:r>
        <w:t>Ouvrez le tableau mis en forme de l’exercice 1.</w:t>
      </w:r>
    </w:p>
    <w:p>
      <w:pPr>
        <w:pStyle w:val="ListNumber"/>
      </w:pPr>
      <w:r>
        <w:t>Passez en aperçu avant impression et vérifiez que le tableau tient bien sur une page.</w:t>
      </w:r>
    </w:p>
    <w:p>
      <w:pPr>
        <w:pStyle w:val="ListNumber"/>
      </w:pPr>
      <w:r>
        <w:t>Dans l’onglet 'Fichier', cliquez sur 'Exporter' ou 'Enregistrer sous'.</w:t>
      </w:r>
    </w:p>
    <w:p>
      <w:pPr>
        <w:pStyle w:val="ListNumber"/>
      </w:pPr>
      <w:r>
        <w:t>Choisissez le format PDF (*.pdf) et nommez le fichier : Tableau_Ventes_Janvier.pdf.</w:t>
      </w:r>
    </w:p>
    <w:p>
      <w:pPr>
        <w:pStyle w:val="ListNumber"/>
      </w:pPr>
      <w:r>
        <w:t>Dans les options, sélectionnez : 'Publier : Feuille active' et 'Une page par feuille'.</w:t>
      </w:r>
    </w:p>
    <w:p>
      <w:pPr>
        <w:pStyle w:val="ListNumber"/>
      </w:pPr>
      <w:r>
        <w:t>Enregistrez le fichier et ouvrez-le pour vérifier le rendu final.</w:t>
      </w:r>
    </w:p>
    <w:p>
      <w:pPr>
        <w:pStyle w:val="ListNumber"/>
      </w:pPr>
      <w:r>
        <w:t>Testez également l’option d’impression directe en PDF (Imprimer &gt; Imprimante &gt; Microsoft Print to PDF).</w:t>
      </w:r>
    </w:p>
    <w:p>
      <w:pPr>
        <w:pStyle w:val="Heading1"/>
      </w:pPr>
      <w:r>
        <w:t>✅ Corrigé attendu :</w:t>
      </w:r>
    </w:p>
    <w:p>
      <w:pPr>
        <w:pStyle w:val="ListBullet"/>
      </w:pPr>
      <w:r>
        <w:t>Le tableau tient sur une seule page A4 avec marges correctes et bonne lisibilité.</w:t>
      </w:r>
    </w:p>
    <w:p>
      <w:pPr>
        <w:pStyle w:val="ListBullet"/>
      </w:pPr>
      <w:r>
        <w:t>Le fichier PDF est nommé clairement (ex : Tableau_Ventes_Janvier.pdf).</w:t>
      </w:r>
    </w:p>
    <w:p>
      <w:pPr>
        <w:pStyle w:val="ListBullet"/>
      </w:pPr>
      <w:r>
        <w:t>Le contenu est bien centré, avec les titres visibles et les couleurs conservées.</w:t>
      </w:r>
    </w:p>
    <w:p>
      <w:pPr>
        <w:pStyle w:val="ListBullet"/>
      </w:pPr>
      <w:r>
        <w:t>Le fichier PDF s’ouvre correctement et est prêt à être envoyé.</w:t>
      </w:r>
    </w:p>
    <w:p>
      <w:pPr>
        <w:pStyle w:val="ListBullet"/>
      </w:pPr>
      <w:r>
        <w:t>L’export via 'Microsoft Print to PDF' donne un résultat équivalent.</w:t>
      </w:r>
    </w:p>
    <w:p>
      <w:pPr>
        <w:pStyle w:val="ListBullet"/>
      </w:pPr>
      <w:r>
        <w:t>Le document PDF final est propre, professionnel et identique à la version Excel.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